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Upitnik o Vašem poslu</w:t>
      </w:r>
    </w:p>
    <w:p>
      <w:pPr>
        <w:spacing w:after="160"/>
      </w:pPr>
      <w:r>
        <w:t>Ovo nije formular koji se mora popuniti. Odgovorite samo na ono što znate i što želite da stoji na sajtu, ostalo preskočite. Svaki odgovor koji upišete ulazi u sadržaj Vašeg sajta, a ono što preskočite mi ne izmišljamo.</w:t>
      </w:r>
    </w:p>
    <w:p>
      <w:pPr>
        <w:spacing w:after="320"/>
      </w:pPr>
      <w:r>
        <w:rPr>
          <w:i/>
          <w:color w:val="666666"/>
        </w:rPr>
        <w:t>Molba oko brojeva: upišite samo broj koji možete da potkrepite. Sajt koji izađe bez broja je bolji od sajta sa brojem koji ne stoji, a kupac to proveri.</w:t>
      </w:r>
    </w:p>
    <w:p>
      <w:pPr>
        <w:pStyle w:val="Heading1"/>
      </w:pPr>
      <w:r>
        <w:t>1. Osnovno</w:t>
      </w:r>
    </w:p>
    <w:p>
      <w:pPr>
        <w:spacing w:after="120"/>
      </w:pPr>
      <w:r>
        <w:rPr>
          <w:i/>
          <w:color w:val="777777"/>
          <w:sz w:val="19"/>
        </w:rPr>
        <w:t>Ovo ide u zaglavlje, podnožje i u podatke koje čita pretraga.</w:t>
      </w:r>
    </w:p>
    <w:p>
      <w:pPr>
        <w:spacing w:after="40"/>
      </w:pPr>
      <w:r>
        <w:rPr>
          <w:b/>
        </w:rPr>
        <w:t>1. Naziv firme, tačno onako kako piše na tabli ili na računu.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2. Čime se bavite, u jednoj rečenici, kao da objašnjavate komšiji.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3. Grad i adresa. Ako radite na terenu, napišite koja mesta pokrivate.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4. Telefon i mejl koje želite na sajtu.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5. Radno vreme po danima. Napišite i ako radite subotom ili nedeljom.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6. Imate li već sajt ili stranicu na društvenim mrežama? Upišite adresu.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pStyle w:val="Heading1"/>
      </w:pPr>
      <w:r>
        <w:t>2. Šta radite</w:t>
      </w:r>
    </w:p>
    <w:p>
      <w:pPr>
        <w:spacing w:after="120"/>
      </w:pPr>
      <w:r>
        <w:rPr>
          <w:i/>
          <w:color w:val="777777"/>
          <w:sz w:val="19"/>
        </w:rPr>
        <w:t>Od ovoga nastaju usluge, cenovnik i naslovi na sajtu.</w:t>
      </w:r>
    </w:p>
    <w:p>
      <w:pPr>
        <w:spacing w:after="40"/>
      </w:pPr>
      <w:r>
        <w:rPr>
          <w:b/>
        </w:rPr>
        <w:t>1. Nabrojte pet do deset usluga, onako kako ih Vi zovete, ne stručnim rečnikom.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2. Cene ili raspon cena, ako želite da stoje na sajtu. Možete i samo za neke.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3. Šta radite što se u Vašem gradu teže nalazi?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4. Šta NE radite, a ljudi Vas često pitaju? To sprečava uzaludne pozive.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5. Imate li paket ili ponudu koja se najčešće uzima?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pStyle w:val="Heading1"/>
      </w:pPr>
      <w:r>
        <w:t>3. Ko Vam dolazi</w:t>
      </w:r>
    </w:p>
    <w:p>
      <w:pPr>
        <w:spacing w:after="120"/>
      </w:pPr>
      <w:r>
        <w:rPr>
          <w:i/>
          <w:color w:val="777777"/>
          <w:sz w:val="19"/>
        </w:rPr>
        <w:t>Od ovoga zavisi ton teksta i to čime sajt počinje.</w:t>
      </w:r>
    </w:p>
    <w:p>
      <w:pPr>
        <w:spacing w:after="40"/>
      </w:pPr>
      <w:r>
        <w:rPr>
          <w:b/>
        </w:rPr>
        <w:t>1. Ko je Vaš tipičan klijent? Godine, čime se bavi, odakle dolazi.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2. Sa čim najčešće dolaze? Napišite njihovim rečima, ne svojim stručnim.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3. Šta ih najviše brine pre nego što Vam se jave? Cena, bol, vreme, poverenje?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4. Odakle Vam klijenti sada? Preporuka, prolaz, društvene mreže, pretraga?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pStyle w:val="Heading1"/>
      </w:pPr>
      <w:r>
        <w:t>4. Kako posao ide</w:t>
      </w:r>
    </w:p>
    <w:p>
      <w:pPr>
        <w:spacing w:after="120"/>
      </w:pPr>
      <w:r>
        <w:rPr>
          <w:i/>
          <w:color w:val="777777"/>
          <w:sz w:val="19"/>
        </w:rPr>
        <w:t>Od ovoga nastaje sekcija „kako izgleda prvi dolazak“.</w:t>
      </w:r>
    </w:p>
    <w:p>
      <w:pPr>
        <w:spacing w:after="40"/>
      </w:pPr>
      <w:r>
        <w:rPr>
          <w:b/>
        </w:rPr>
        <w:t>1. Kako se kod Vas zakazuje ili poručuje? Telefon, poruka, dolazak bez najave?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2. Šta klijent treba da ponese ili pripremi pre dolaska?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3. Koliko traje jedan dolazak i kada se vidi rezultat?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4. Radite li hitne slučajeve? Ako da, na koji broj i u koje vreme.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5. Izlazite li na teren ili radite kućne posete? Do koje udaljenosti?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pStyle w:val="Heading1"/>
      </w:pPr>
      <w:r>
        <w:t>5. Zašto baš Vi</w:t>
      </w:r>
    </w:p>
    <w:p>
      <w:pPr>
        <w:spacing w:after="120"/>
      </w:pPr>
      <w:r>
        <w:rPr>
          <w:i/>
          <w:color w:val="777777"/>
          <w:sz w:val="19"/>
        </w:rPr>
        <w:t>Ovo je deo sajta koji odlučuje da li će neko da pozove.</w:t>
      </w:r>
    </w:p>
    <w:p>
      <w:pPr>
        <w:spacing w:after="40"/>
      </w:pPr>
      <w:r>
        <w:rPr>
          <w:b/>
        </w:rPr>
        <w:t>1. Koliko dugo radite i koliko Vas ima u timu?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2. Sertifikati, licence, škole ili oprema koje vredi pomenuti.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3. Dajete li garanciju? Na šta i koliko dugo?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4. Nešto što Vam klijenti najčešće kažu kad su zadovoljni.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pStyle w:val="Heading1"/>
      </w:pPr>
      <w:r>
        <w:t>6. Kako sajt treba da izgleda</w:t>
      </w:r>
    </w:p>
    <w:p>
      <w:pPr>
        <w:spacing w:after="120"/>
      </w:pPr>
      <w:r>
        <w:rPr>
          <w:i/>
          <w:color w:val="777777"/>
          <w:sz w:val="19"/>
        </w:rPr>
        <w:t>Od ovoga zavise boje, font i raspored.</w:t>
      </w:r>
    </w:p>
    <w:p>
      <w:pPr>
        <w:spacing w:after="40"/>
      </w:pPr>
      <w:r>
        <w:rPr>
          <w:b/>
        </w:rPr>
        <w:t>1. Tri reči kojima biste opisali kako sajt treba da deluje. Na primer: mirno, ozbiljno, toplo, moderno, luksuzno, jednostavno.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2. Svetao ili taman sajt?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3. Imate li boje firme ili logo? Upišite boje i priložite logo ako ga imate.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4. Postoji li sajt koji Vam se sviđa? Upišite adresu, makar bio iz druge branše.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5. Ima li nešto što NE želite da vidite na svom sajtu?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pStyle w:val="Heading1"/>
      </w:pPr>
      <w:r>
        <w:t>7. Fotografije</w:t>
      </w:r>
    </w:p>
    <w:p>
      <w:pPr>
        <w:spacing w:after="120"/>
      </w:pPr>
      <w:r>
        <w:rPr>
          <w:i/>
          <w:color w:val="777777"/>
          <w:sz w:val="19"/>
        </w:rPr>
        <w:t>Vaša fotografija uvek ide ispred naše, ako je imate.</w:t>
      </w:r>
    </w:p>
    <w:p>
      <w:pPr>
        <w:spacing w:after="40"/>
      </w:pPr>
      <w:r>
        <w:rPr>
          <w:b/>
        </w:rPr>
        <w:t>1. Imate li svoje fotografije? Otprilike koliko?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2. Šta bi trebalo da se vidi na prvoj slici koju posetilac ugleda?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3. Ima li nečega što se NE sme fotografisati ili objaviti?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pStyle w:val="Heading1"/>
      </w:pPr>
      <w:r>
        <w:t>8. Šta sajt treba da postigne</w:t>
      </w:r>
    </w:p>
    <w:p>
      <w:pPr>
        <w:spacing w:after="120"/>
      </w:pPr>
      <w:r>
        <w:rPr>
          <w:i/>
          <w:color w:val="777777"/>
          <w:sz w:val="19"/>
        </w:rPr>
        <w:t>Od ovoga zavisi koje dugme stoji na vrhu strane.</w:t>
      </w:r>
    </w:p>
    <w:p>
      <w:pPr>
        <w:spacing w:after="40"/>
      </w:pPr>
      <w:r>
        <w:rPr>
          <w:b/>
        </w:rPr>
        <w:t>1. Šta želite da posetilac uradi? Pozove, zakaže, poruči, dođe u radnju?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2. Treba li Vam zakazivanje termina, prodavnica ili prijem poruka sa sajta?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spacing w:after="40"/>
      </w:pPr>
      <w:r>
        <w:rPr>
          <w:b/>
        </w:rPr>
        <w:t>3. Da li Vam dolaze i klijenti koji ne govore srpski? Koji jezici?</w:t>
      </w:r>
    </w:p>
    <w:p>
      <w:pPr>
        <w:spacing w:after="200"/>
      </w:pPr>
      <w:r>
        <w:rPr>
          <w:color w:val="999999"/>
        </w:rPr>
        <w:t xml:space="preserve">Odgovor: </w:t>
      </w:r>
    </w:p>
    <w:p>
      <w:pPr>
        <w:pStyle w:val="Heading1"/>
      </w:pPr>
      <w:r>
        <w:t>Kada završite</w:t>
      </w:r>
    </w:p>
    <w:p>
      <w:r>
        <w:t>Kad popunite, sačuvajte dokument i otpremite ga na mestu gde piše „Imate skicu ili dokument?“. Sajt izlazi za nekoliko minuta i sve u njemu možete posle da menjate.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